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6464D5" w14:textId="21D9C4B1" w:rsidR="00C53E51" w:rsidRDefault="00E5694F">
      <w:pPr>
        <w:jc w:val="center"/>
      </w:pPr>
      <w:r>
        <w:rPr>
          <w:noProof/>
        </w:rPr>
        <w:drawing>
          <wp:inline distT="0" distB="0" distL="0" distR="0" wp14:anchorId="7D27BFF4" wp14:editId="238D569B">
            <wp:extent cx="1054100" cy="1054100"/>
            <wp:effectExtent l="0" t="0" r="0" b="0"/>
            <wp:docPr id="1691672920" name="Grafik 1" descr="Ein Bild, das Schrift, weiß, Text, Design enthä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672920" name="Grafik 1" descr="Ein Bild, das Schrift, weiß, Text, Design enthäl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D0EE0" w14:textId="77777777" w:rsidR="00C53E51" w:rsidRDefault="00E5694F">
      <w:pPr>
        <w:pStyle w:val="berschrift1"/>
        <w:jc w:val="center"/>
      </w:pPr>
      <w:r>
        <w:t>Meldeschein / Check-in-Formular</w:t>
      </w:r>
    </w:p>
    <w:p w14:paraId="0AB09CDE" w14:textId="77777777" w:rsidR="00C53E51" w:rsidRDefault="00E5694F">
      <w:pPr>
        <w:jc w:val="center"/>
      </w:pPr>
      <w:r>
        <w:t>Wohnung Kordts – Stieglitzweg 3, 23812 Wahlstedt</w:t>
      </w:r>
    </w:p>
    <w:p w14:paraId="347E9CEF" w14:textId="77777777" w:rsidR="00C53E51" w:rsidRDefault="00E5694F">
      <w:pPr>
        <w:pStyle w:val="berschrift2"/>
      </w:pPr>
      <w:r>
        <w:t>Angaben des Gastes</w:t>
      </w:r>
    </w:p>
    <w:p w14:paraId="78573DB6" w14:textId="77777777" w:rsidR="00C53E51" w:rsidRDefault="00E5694F">
      <w:r>
        <w:t>Name, Vorname: ............................................................</w:t>
      </w:r>
    </w:p>
    <w:p w14:paraId="45E7547F" w14:textId="77777777" w:rsidR="00C53E51" w:rsidRDefault="00E5694F">
      <w:r>
        <w:t>Geburtsdatum: ............................................................</w:t>
      </w:r>
    </w:p>
    <w:p w14:paraId="56A15CD5" w14:textId="77777777" w:rsidR="00C53E51" w:rsidRDefault="00E5694F">
      <w:r>
        <w:t>Staatsangehörigkeit: ............................................................</w:t>
      </w:r>
    </w:p>
    <w:p w14:paraId="07734946" w14:textId="77777777" w:rsidR="00C53E51" w:rsidRDefault="00E5694F">
      <w:r>
        <w:t>Anschrift (Hauptwohnsitz): ............................................................</w:t>
      </w:r>
    </w:p>
    <w:p w14:paraId="6CCEB980" w14:textId="77777777" w:rsidR="00C53E51" w:rsidRDefault="00E5694F">
      <w:r>
        <w:t>PLZ, Ort: ............................................................</w:t>
      </w:r>
    </w:p>
    <w:p w14:paraId="51AF50BF" w14:textId="77777777" w:rsidR="00C53E51" w:rsidRDefault="00E5694F">
      <w:r>
        <w:t>Telefon / Mobil: ............................................................</w:t>
      </w:r>
    </w:p>
    <w:p w14:paraId="4DB982EE" w14:textId="77777777" w:rsidR="00C53E51" w:rsidRDefault="00E5694F">
      <w:r>
        <w:t>E-Mail-Adresse: ............................................................</w:t>
      </w:r>
    </w:p>
    <w:p w14:paraId="60E0D29B" w14:textId="77777777" w:rsidR="00C53E51" w:rsidRDefault="00E5694F">
      <w:r>
        <w:t>Ausweisnummer / Passnummer: ............................................................</w:t>
      </w:r>
    </w:p>
    <w:p w14:paraId="2BFC5E99" w14:textId="77777777" w:rsidR="00C53E51" w:rsidRDefault="00E5694F">
      <w:r>
        <w:t>Ausstellende Behörde: ............................................................</w:t>
      </w:r>
    </w:p>
    <w:p w14:paraId="0BC5E8B4" w14:textId="77777777" w:rsidR="00C53E51" w:rsidRDefault="00E5694F">
      <w:pPr>
        <w:pStyle w:val="berschrift2"/>
      </w:pPr>
      <w:r>
        <w:t>Aufenthalt</w:t>
      </w:r>
    </w:p>
    <w:p w14:paraId="427D020E" w14:textId="39445BC7" w:rsidR="00C53E51" w:rsidRDefault="00E5694F">
      <w:r>
        <w:t>Anreisedatum: ..</w:t>
      </w:r>
      <w:r w:rsidR="007239C9">
        <w:t>10</w:t>
      </w:r>
      <w:r w:rsidR="00703C50">
        <w:t>.11.25</w:t>
      </w:r>
      <w:r>
        <w:t>..........................................................</w:t>
      </w:r>
    </w:p>
    <w:p w14:paraId="50C4A38F" w14:textId="209628CE" w:rsidR="00C53E51" w:rsidRDefault="00E5694F">
      <w:r>
        <w:t>Abreisedatum: ..</w:t>
      </w:r>
      <w:r w:rsidR="00703C50">
        <w:t>14.11.25</w:t>
      </w:r>
      <w:r>
        <w:t>........................................................</w:t>
      </w:r>
    </w:p>
    <w:p w14:paraId="22C381F0" w14:textId="3BA81DE9" w:rsidR="00C53E51" w:rsidRDefault="00E5694F">
      <w:r>
        <w:t>Anzahl der Personen: ....................</w:t>
      </w:r>
      <w:r w:rsidR="00703C50">
        <w:t>1</w:t>
      </w:r>
      <w:r>
        <w:t>........................................</w:t>
      </w:r>
    </w:p>
    <w:p w14:paraId="415C97A0" w14:textId="4D7DDD01" w:rsidR="00C53E51" w:rsidRDefault="00E5694F">
      <w:r>
        <w:t>Zweck des Aufenthalts (privat / geschäftlich): ..........................</w:t>
      </w:r>
      <w:r w:rsidR="00703C50">
        <w:t>geschäftlich</w:t>
      </w:r>
      <w:r>
        <w:t>..................................</w:t>
      </w:r>
    </w:p>
    <w:p w14:paraId="18319AE3" w14:textId="77777777" w:rsidR="00C53E51" w:rsidRDefault="00E5694F">
      <w:pPr>
        <w:pStyle w:val="berschrift2"/>
      </w:pPr>
      <w:r>
        <w:t>Erklärung des Gastes</w:t>
      </w:r>
    </w:p>
    <w:p w14:paraId="420FAE10" w14:textId="77777777" w:rsidR="00C53E51" w:rsidRDefault="00E5694F">
      <w:r>
        <w:t>Ich bestätige die Richtigkeit der Angaben. Mir ist bekannt, dass diese Daten gemäß § 29 Bundesmeldegesetz für den vorgeschriebenen Zeitraum aufbewahrt werden müssen.</w:t>
      </w:r>
      <w:r>
        <w:br/>
      </w:r>
      <w:r>
        <w:br/>
        <w:t>Unterschrift des Gastes: ............................................................</w:t>
      </w:r>
      <w:r>
        <w:br/>
        <w:t>Datum: ............................................................</w:t>
      </w:r>
    </w:p>
    <w:p w14:paraId="6E956D1B" w14:textId="77777777" w:rsidR="00C53E51" w:rsidRDefault="00E5694F">
      <w:pPr>
        <w:pStyle w:val="berschrift2"/>
      </w:pPr>
      <w:r>
        <w:lastRenderedPageBreak/>
        <w:t>Datenschutzhinweis</w:t>
      </w:r>
    </w:p>
    <w:p w14:paraId="7587A814" w14:textId="77777777" w:rsidR="00C53E51" w:rsidRDefault="00E5694F">
      <w:r>
        <w:t>Die Erhebung dieser Daten erfolgt nach § 29 Bundesmeldegesetz und dient ausschließlich der Erfüllung der gesetzlichen Meldepflicht. Die Daten werden nach Ablauf der gesetzlichen Aufbewahrungsfrist gelöscht und nicht an Dritte weitergegeben, soweit keine gesetzliche Verpflichtung hierzu besteht.</w:t>
      </w:r>
    </w:p>
    <w:p w14:paraId="70481075" w14:textId="77777777" w:rsidR="00C53E51" w:rsidRDefault="00E5694F">
      <w:pPr>
        <w:pStyle w:val="berschrift2"/>
      </w:pPr>
      <w:r>
        <w:t>Vermieter</w:t>
      </w:r>
    </w:p>
    <w:p w14:paraId="17AC48D3" w14:textId="552E34B0" w:rsidR="00C53E51" w:rsidRDefault="00E5694F">
      <w:r>
        <w:t>Matthias Kordts</w:t>
      </w:r>
      <w:r>
        <w:br/>
        <w:t>Wohnung Kordts</w:t>
      </w:r>
      <w:r>
        <w:br/>
        <w:t>Stieglitzweg 3</w:t>
      </w:r>
      <w:r>
        <w:br/>
        <w:t>23812 Wahlstedt</w:t>
      </w:r>
      <w:r>
        <w:br/>
        <w:t>E-Mail: m.kordts@gmx.de</w:t>
      </w:r>
      <w:r>
        <w:br/>
        <w:t>Telefon: 015756849750</w:t>
      </w:r>
    </w:p>
    <w:sectPr w:rsidR="00C53E51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98120959">
    <w:abstractNumId w:val="8"/>
  </w:num>
  <w:num w:numId="2" w16cid:durableId="1044794100">
    <w:abstractNumId w:val="6"/>
  </w:num>
  <w:num w:numId="3" w16cid:durableId="343631970">
    <w:abstractNumId w:val="5"/>
  </w:num>
  <w:num w:numId="4" w16cid:durableId="1714113269">
    <w:abstractNumId w:val="4"/>
  </w:num>
  <w:num w:numId="5" w16cid:durableId="1370761604">
    <w:abstractNumId w:val="7"/>
  </w:num>
  <w:num w:numId="6" w16cid:durableId="1501920291">
    <w:abstractNumId w:val="3"/>
  </w:num>
  <w:num w:numId="7" w16cid:durableId="1568879327">
    <w:abstractNumId w:val="2"/>
  </w:num>
  <w:num w:numId="8" w16cid:durableId="32731412">
    <w:abstractNumId w:val="1"/>
  </w:num>
  <w:num w:numId="9" w16cid:durableId="90979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6301E"/>
    <w:rsid w:val="0015074B"/>
    <w:rsid w:val="0029639D"/>
    <w:rsid w:val="00326F90"/>
    <w:rsid w:val="00703C50"/>
    <w:rsid w:val="007239C9"/>
    <w:rsid w:val="00AA1D8D"/>
    <w:rsid w:val="00B47730"/>
    <w:rsid w:val="00C53E51"/>
    <w:rsid w:val="00CB0664"/>
    <w:rsid w:val="00E2740A"/>
    <w:rsid w:val="00E5694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CCFAE11"/>
  <w14:defaultImageDpi w14:val="300"/>
  <w15:docId w15:val="{3B9AE81D-6269-4F50-A290-C742B9798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693F"/>
  </w:style>
  <w:style w:type="paragraph" w:styleId="berschrift1">
    <w:name w:val="heading 1"/>
    <w:basedOn w:val="Standard"/>
    <w:next w:val="Standard"/>
    <w:link w:val="berschrift1Zchn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18BF"/>
  </w:style>
  <w:style w:type="paragraph" w:styleId="Fuzeile">
    <w:name w:val="footer"/>
    <w:basedOn w:val="Standard"/>
    <w:link w:val="Fu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18BF"/>
  </w:style>
  <w:style w:type="paragraph" w:styleId="KeinLeerraum">
    <w:name w:val="No Spacing"/>
    <w:uiPriority w:val="1"/>
    <w:qFormat/>
    <w:rsid w:val="00FC693F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nabsatz">
    <w:name w:val="List Paragraph"/>
    <w:basedOn w:val="Standard"/>
    <w:uiPriority w:val="34"/>
    <w:qFormat/>
    <w:rsid w:val="00FC693F"/>
    <w:pPr>
      <w:ind w:left="720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AA1D8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AA1D8D"/>
  </w:style>
  <w:style w:type="paragraph" w:styleId="Textkrper2">
    <w:name w:val="Body Text 2"/>
    <w:basedOn w:val="Standard"/>
    <w:link w:val="Textkrper2Zchn"/>
    <w:uiPriority w:val="99"/>
    <w:unhideWhenUsed/>
    <w:rsid w:val="00AA1D8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AA1D8D"/>
  </w:style>
  <w:style w:type="paragraph" w:styleId="Textkrper3">
    <w:name w:val="Body Text 3"/>
    <w:basedOn w:val="Standard"/>
    <w:link w:val="Textkrper3Zchn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AA1D8D"/>
    <w:rPr>
      <w:sz w:val="16"/>
      <w:szCs w:val="16"/>
    </w:rPr>
  </w:style>
  <w:style w:type="paragraph" w:styleId="Liste">
    <w:name w:val="List"/>
    <w:basedOn w:val="Standard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Standard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Standard"/>
    <w:uiPriority w:val="99"/>
    <w:unhideWhenUsed/>
    <w:rsid w:val="00326F90"/>
    <w:pPr>
      <w:ind w:left="1080" w:hanging="360"/>
      <w:contextualSpacing/>
    </w:pPr>
  </w:style>
  <w:style w:type="paragraph" w:styleId="Aufzhlungszeichen">
    <w:name w:val="List Bullet"/>
    <w:basedOn w:val="Standard"/>
    <w:uiPriority w:val="99"/>
    <w:unhideWhenUsed/>
    <w:rsid w:val="00326F90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unhideWhenUsed/>
    <w:rsid w:val="00326F90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unhideWhenUsed/>
    <w:rsid w:val="00326F90"/>
    <w:pPr>
      <w:numPr>
        <w:numId w:val="3"/>
      </w:numPr>
      <w:contextualSpacing/>
    </w:pPr>
  </w:style>
  <w:style w:type="paragraph" w:styleId="Listennummer">
    <w:name w:val="List Number"/>
    <w:basedOn w:val="Standard"/>
    <w:uiPriority w:val="99"/>
    <w:unhideWhenUsed/>
    <w:rsid w:val="00326F90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unhideWhenUsed/>
    <w:rsid w:val="0029639D"/>
    <w:pPr>
      <w:numPr>
        <w:numId w:val="6"/>
      </w:numPr>
      <w:contextualSpacing/>
    </w:pPr>
  </w:style>
  <w:style w:type="paragraph" w:styleId="Listennummer3">
    <w:name w:val="List Number 3"/>
    <w:basedOn w:val="Standard"/>
    <w:uiPriority w:val="99"/>
    <w:unhideWhenUsed/>
    <w:rsid w:val="0029639D"/>
    <w:pPr>
      <w:numPr>
        <w:numId w:val="7"/>
      </w:numPr>
      <w:contextualSpacing/>
    </w:pPr>
  </w:style>
  <w:style w:type="paragraph" w:styleId="Listenfortsetzung">
    <w:name w:val="List Continue"/>
    <w:basedOn w:val="Standard"/>
    <w:uiPriority w:val="99"/>
    <w:unhideWhenUsed/>
    <w:rsid w:val="0029639D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unhideWhenUsed/>
    <w:rsid w:val="0029639D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unhideWhenUsed/>
    <w:rsid w:val="0029639D"/>
    <w:pPr>
      <w:spacing w:after="120"/>
      <w:ind w:left="1080"/>
      <w:contextualSpacing/>
    </w:pPr>
  </w:style>
  <w:style w:type="paragraph" w:styleId="Makrotext">
    <w:name w:val="macro"/>
    <w:link w:val="MakrotextZchn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rsid w:val="0029639D"/>
    <w:rPr>
      <w:rFonts w:ascii="Courier" w:hAnsi="Courier"/>
      <w:sz w:val="20"/>
      <w:szCs w:val="20"/>
    </w:rPr>
  </w:style>
  <w:style w:type="paragraph" w:styleId="Zitat">
    <w:name w:val="Quote"/>
    <w:basedOn w:val="Standard"/>
    <w:next w:val="Standard"/>
    <w:link w:val="ZitatZchn"/>
    <w:uiPriority w:val="29"/>
    <w:qFormat/>
    <w:rsid w:val="00FC693F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FC693F"/>
    <w:rPr>
      <w:i/>
      <w:i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ett">
    <w:name w:val="Strong"/>
    <w:basedOn w:val="Absatz-Standardschriftart"/>
    <w:uiPriority w:val="22"/>
    <w:qFormat/>
    <w:rsid w:val="00FC693F"/>
    <w:rPr>
      <w:b/>
      <w:bCs/>
    </w:rPr>
  </w:style>
  <w:style w:type="character" w:styleId="Hervorhebung">
    <w:name w:val="Emphasis"/>
    <w:basedOn w:val="Absatz-Standardschriftart"/>
    <w:uiPriority w:val="20"/>
    <w:qFormat/>
    <w:rsid w:val="00FC693F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693F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FC693F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FC693F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FC693F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FC693F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C693F"/>
    <w:pPr>
      <w:outlineLvl w:val="9"/>
    </w:pPr>
  </w:style>
  <w:style w:type="table" w:styleId="Tabellenraster">
    <w:name w:val="Table Grid"/>
    <w:basedOn w:val="NormaleTabel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HelleListe">
    <w:name w:val="Light List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HellesRaster">
    <w:name w:val="Light Grid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ittlereSchattierung1">
    <w:name w:val="Medium Shading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Liste2">
    <w:name w:val="Medium Lis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">
    <w:name w:val="Medium Grid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unkleListe">
    <w:name w:val="Dark List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bigeSchattierung">
    <w:name w:val="Colorful Shading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">
    <w:name w:val="Colorful List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bigesRaster">
    <w:name w:val="Colorful Grid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270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Matthias Kordts</cp:lastModifiedBy>
  <cp:revision>4</cp:revision>
  <dcterms:created xsi:type="dcterms:W3CDTF">2025-10-27T17:01:00Z</dcterms:created>
  <dcterms:modified xsi:type="dcterms:W3CDTF">2025-11-12T16:28:00Z</dcterms:modified>
  <cp:category/>
</cp:coreProperties>
</file>