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840D9" w14:textId="1218EE08" w:rsidR="00853A99" w:rsidRDefault="00B23EE8" w:rsidP="00B23EE8">
      <w:pPr>
        <w:jc w:val="center"/>
      </w:pPr>
      <w:r w:rsidRPr="00B23EE8">
        <w:rPr>
          <w:noProof/>
        </w:rPr>
        <w:drawing>
          <wp:inline distT="0" distB="0" distL="0" distR="0" wp14:anchorId="61706213" wp14:editId="06A890EB">
            <wp:extent cx="825500" cy="758308"/>
            <wp:effectExtent l="0" t="0" r="0" b="3810"/>
            <wp:docPr id="1113033416" name="Grafik 1" descr="Ein Bild, das Schrift, weiß, Text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33416" name="Grafik 1" descr="Ein Bild, das Schrift, weiß, Text, Design enthält.&#10;&#10;KI-generierte Inhalte können fehlerhaft sei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0311" cy="76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C8D96" w14:textId="77777777" w:rsidR="00853A99" w:rsidRDefault="00A241CC">
      <w:pPr>
        <w:pStyle w:val="berschrift1"/>
      </w:pPr>
      <w:r>
        <w:t>Buchungsbestätigung</w:t>
      </w:r>
    </w:p>
    <w:p w14:paraId="318F56DF" w14:textId="2B98E574" w:rsidR="00F9511E" w:rsidRDefault="00A241CC">
      <w:proofErr w:type="spellStart"/>
      <w:r>
        <w:t>Vermieter</w:t>
      </w:r>
      <w:proofErr w:type="spellEnd"/>
      <w:r>
        <w:t>: Matthias Kordts</w:t>
      </w:r>
      <w:r>
        <w:br/>
      </w:r>
      <w:proofErr w:type="spellStart"/>
      <w:r>
        <w:t>Stieglitzweg</w:t>
      </w:r>
      <w:proofErr w:type="spellEnd"/>
      <w:r>
        <w:t xml:space="preserve"> 3</w:t>
      </w:r>
      <w:r>
        <w:br/>
        <w:t xml:space="preserve">23812 </w:t>
      </w:r>
      <w:proofErr w:type="spellStart"/>
      <w:r>
        <w:t>Wahlstedt</w:t>
      </w:r>
      <w:proofErr w:type="spellEnd"/>
      <w:r>
        <w:br/>
      </w:r>
      <w:r>
        <w:br/>
      </w:r>
      <w:proofErr w:type="spellStart"/>
      <w:r>
        <w:t>Werbeobjekt</w:t>
      </w:r>
      <w:proofErr w:type="spellEnd"/>
      <w:r>
        <w:t xml:space="preserve">: </w:t>
      </w:r>
      <w:proofErr w:type="spellStart"/>
      <w:r>
        <w:t>Wohnung</w:t>
      </w:r>
      <w:proofErr w:type="spellEnd"/>
      <w:r>
        <w:t xml:space="preserve"> Kordts</w:t>
      </w:r>
      <w:r>
        <w:br/>
      </w:r>
      <w:r>
        <w:br/>
      </w:r>
      <w:proofErr w:type="spellStart"/>
      <w:r>
        <w:t>Buchungsbestätigung</w:t>
      </w:r>
      <w:proofErr w:type="spellEnd"/>
      <w:r>
        <w:t xml:space="preserve"> für: </w:t>
      </w:r>
      <w:r>
        <w:br/>
      </w:r>
      <w:r>
        <w:br/>
      </w:r>
      <w:proofErr w:type="spellStart"/>
      <w:r>
        <w:t>Buchungsnummer</w:t>
      </w:r>
      <w:proofErr w:type="spellEnd"/>
      <w:r>
        <w:t>: BK-2025-</w:t>
      </w:r>
      <w:r>
        <w:br/>
      </w:r>
      <w:proofErr w:type="spellStart"/>
      <w:r>
        <w:t>Buchungszeitraum</w:t>
      </w:r>
      <w:proofErr w:type="spellEnd"/>
      <w:r>
        <w:t xml:space="preserve">: </w:t>
      </w:r>
      <w:r>
        <w:br/>
      </w:r>
      <w:proofErr w:type="spellStart"/>
      <w:r>
        <w:t>Anzahl</w:t>
      </w:r>
      <w:proofErr w:type="spellEnd"/>
      <w:r>
        <w:t xml:space="preserve"> der </w:t>
      </w:r>
      <w:proofErr w:type="spellStart"/>
      <w:r>
        <w:t>Übernachtungen</w:t>
      </w:r>
      <w:proofErr w:type="spellEnd"/>
      <w:r>
        <w:t>:</w:t>
      </w:r>
      <w:r>
        <w:br/>
      </w:r>
      <w:r>
        <w:br/>
      </w:r>
      <w:proofErr w:type="spellStart"/>
      <w:r>
        <w:t>Gesamtbetrag</w:t>
      </w:r>
      <w:proofErr w:type="spellEnd"/>
      <w:r>
        <w:t xml:space="preserve">: </w:t>
      </w:r>
      <w:r>
        <w:br/>
      </w:r>
      <w:proofErr w:type="spellStart"/>
      <w:r>
        <w:t>Zahlungsart</w:t>
      </w:r>
      <w:proofErr w:type="spellEnd"/>
      <w:r>
        <w:t xml:space="preserve">: </w:t>
      </w:r>
      <w:proofErr w:type="spellStart"/>
      <w:r>
        <w:t>Überweisung</w:t>
      </w:r>
      <w:proofErr w:type="spellEnd"/>
    </w:p>
    <w:p w14:paraId="59DD4BC6" w14:textId="77777777" w:rsidR="00AE353F" w:rsidRDefault="00F9511E">
      <w:proofErr w:type="spellStart"/>
      <w:r>
        <w:t>Sicherheitsleistung</w:t>
      </w:r>
      <w:proofErr w:type="spellEnd"/>
      <w:r w:rsidR="0090456A">
        <w:t>: 150€</w:t>
      </w:r>
      <w:r w:rsidR="00A241CC">
        <w:br/>
      </w:r>
      <w:r w:rsidR="00A241CC">
        <w:br/>
        <w:t xml:space="preserve">Bitte </w:t>
      </w:r>
      <w:proofErr w:type="spellStart"/>
      <w:r w:rsidR="00A241CC">
        <w:t>überweisen</w:t>
      </w:r>
      <w:proofErr w:type="spellEnd"/>
      <w:r w:rsidR="00A241CC">
        <w:t xml:space="preserve"> Sie </w:t>
      </w:r>
      <w:r w:rsidR="0090456A">
        <w:t xml:space="preserve">die </w:t>
      </w:r>
      <w:proofErr w:type="spellStart"/>
      <w:r w:rsidR="0090456A">
        <w:t>Sicherheitsleistung</w:t>
      </w:r>
      <w:proofErr w:type="spellEnd"/>
      <w:r w:rsidR="00A241CC">
        <w:t xml:space="preserve"> </w:t>
      </w:r>
      <w:proofErr w:type="spellStart"/>
      <w:r w:rsidR="00A241CC">
        <w:t>innerhalb</w:t>
      </w:r>
      <w:proofErr w:type="spellEnd"/>
      <w:r w:rsidR="00A241CC">
        <w:t xml:space="preserve"> von 7 Tagen auf folgendes Konto:</w:t>
      </w:r>
      <w:r w:rsidR="00A241CC">
        <w:br/>
        <w:t>IBAN: DE</w:t>
      </w:r>
      <w:r w:rsidR="00CE097C">
        <w:t>92 1001 0010 0579 58</w:t>
      </w:r>
      <w:r w:rsidR="001F586A">
        <w:t>61 18</w:t>
      </w:r>
      <w:r w:rsidR="00A241CC">
        <w:br/>
        <w:t xml:space="preserve">BIC: </w:t>
      </w:r>
      <w:r w:rsidR="001F586A">
        <w:t>PBNK</w:t>
      </w:r>
      <w:r w:rsidR="000B35A8">
        <w:t>DEFFXXX</w:t>
      </w:r>
      <w:r w:rsidR="00A241CC">
        <w:br/>
        <w:t xml:space="preserve">Bank: </w:t>
      </w:r>
      <w:r w:rsidR="000B35A8">
        <w:t>Postbank</w:t>
      </w:r>
      <w:r w:rsidR="00A241CC">
        <w:br/>
      </w:r>
      <w:r w:rsidR="00A241CC">
        <w:br/>
      </w:r>
      <w:proofErr w:type="spellStart"/>
      <w:r w:rsidR="00A241CC">
        <w:t>Ihre</w:t>
      </w:r>
      <w:proofErr w:type="spellEnd"/>
      <w:r w:rsidR="00A241CC">
        <w:t xml:space="preserve"> </w:t>
      </w:r>
      <w:proofErr w:type="spellStart"/>
      <w:r w:rsidR="00A241CC">
        <w:t>Buchung</w:t>
      </w:r>
      <w:proofErr w:type="spellEnd"/>
      <w:r w:rsidR="00A241CC">
        <w:t xml:space="preserve"> </w:t>
      </w:r>
      <w:proofErr w:type="spellStart"/>
      <w:r w:rsidR="00A241CC">
        <w:t>ist</w:t>
      </w:r>
      <w:proofErr w:type="spellEnd"/>
      <w:r w:rsidR="00A241CC">
        <w:t xml:space="preserve"> </w:t>
      </w:r>
      <w:proofErr w:type="spellStart"/>
      <w:r w:rsidR="00A241CC">
        <w:t>nach</w:t>
      </w:r>
      <w:proofErr w:type="spellEnd"/>
      <w:r w:rsidR="00A241CC">
        <w:t xml:space="preserve"> </w:t>
      </w:r>
      <w:proofErr w:type="spellStart"/>
      <w:r w:rsidR="00A241CC">
        <w:t>Zahlungseingang</w:t>
      </w:r>
      <w:proofErr w:type="spellEnd"/>
      <w:r w:rsidR="00A241CC">
        <w:t xml:space="preserve"> </w:t>
      </w:r>
      <w:proofErr w:type="spellStart"/>
      <w:r w:rsidR="00A241CC">
        <w:t>verbindlich</w:t>
      </w:r>
      <w:proofErr w:type="spellEnd"/>
      <w:r w:rsidR="00A241CC">
        <w:t>.</w:t>
      </w:r>
    </w:p>
    <w:p w14:paraId="3E78AAAA" w14:textId="77777777" w:rsidR="00FF51D9" w:rsidRDefault="00592B64">
      <w:proofErr w:type="spellStart"/>
      <w:r>
        <w:t>Storn</w:t>
      </w:r>
      <w:r w:rsidR="009E14C8">
        <w:t>ierung</w:t>
      </w:r>
      <w:proofErr w:type="spellEnd"/>
      <w:r w:rsidR="009E14C8">
        <w:t xml:space="preserve"> der </w:t>
      </w:r>
      <w:proofErr w:type="spellStart"/>
      <w:r w:rsidR="009E14C8">
        <w:t>Unterkunft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bis 14 Tage</w:t>
      </w:r>
      <w:r w:rsidR="009E14C8">
        <w:t xml:space="preserve"> </w:t>
      </w:r>
      <w:proofErr w:type="spellStart"/>
      <w:r w:rsidR="009E14C8">
        <w:t>vor</w:t>
      </w:r>
      <w:proofErr w:type="spellEnd"/>
      <w:r w:rsidR="009E14C8">
        <w:t xml:space="preserve"> dem Termin</w:t>
      </w:r>
      <w:r w:rsidR="00FF51D9">
        <w:t xml:space="preserve"> </w:t>
      </w:r>
      <w:proofErr w:type="spellStart"/>
      <w:r w:rsidR="00FF51D9">
        <w:t>möglich</w:t>
      </w:r>
      <w:proofErr w:type="spellEnd"/>
      <w:r w:rsidR="00FF51D9">
        <w:t>.</w:t>
      </w:r>
    </w:p>
    <w:p w14:paraId="71C33F4F" w14:textId="77777777" w:rsidR="00681CF8" w:rsidRDefault="00FF51D9">
      <w:r>
        <w:t>Danach</w:t>
      </w:r>
      <w:r w:rsidR="0047491B">
        <w:t xml:space="preserve"> </w:t>
      </w:r>
      <w:proofErr w:type="spellStart"/>
      <w:r w:rsidR="0047491B">
        <w:t>wird</w:t>
      </w:r>
      <w:proofErr w:type="spellEnd"/>
      <w:r w:rsidR="0047491B">
        <w:t xml:space="preserve"> die </w:t>
      </w:r>
      <w:proofErr w:type="spellStart"/>
      <w:r w:rsidR="0047491B">
        <w:t>Sicherheitsleistung</w:t>
      </w:r>
      <w:proofErr w:type="spellEnd"/>
      <w:r w:rsidR="00681CF8">
        <w:t xml:space="preserve"> </w:t>
      </w:r>
      <w:proofErr w:type="spellStart"/>
      <w:r w:rsidR="00681CF8">
        <w:t>einbehalten</w:t>
      </w:r>
      <w:proofErr w:type="spellEnd"/>
      <w:r w:rsidR="00681CF8">
        <w:t>.</w:t>
      </w:r>
    </w:p>
    <w:p w14:paraId="28409BA5" w14:textId="36D057C0" w:rsidR="00853A99" w:rsidRDefault="00A241CC">
      <w:r>
        <w:br/>
        <w:t xml:space="preserve">Der Check-in </w:t>
      </w:r>
      <w:proofErr w:type="spellStart"/>
      <w:r>
        <w:t>ist</w:t>
      </w:r>
      <w:proofErr w:type="spellEnd"/>
      <w:r>
        <w:t xml:space="preserve"> ab 15:00 Uhr am Anreisetag möglich, Check-out bis 11:00 Uhr am Abreisetag.</w:t>
      </w:r>
      <w:r>
        <w:br/>
      </w:r>
      <w:r>
        <w:br/>
        <w:t>Wir freuen uns, Sie bald in der Wohnung Kordts begrüßen zu dürfen!</w:t>
      </w:r>
      <w:r>
        <w:br/>
      </w:r>
      <w:r>
        <w:br/>
        <w:t>Mit freundlichen Grüßen,</w:t>
      </w:r>
      <w:r>
        <w:br/>
        <w:t>Matthias Kordts</w:t>
      </w:r>
    </w:p>
    <w:sectPr w:rsidR="00853A99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68146923">
    <w:abstractNumId w:val="8"/>
  </w:num>
  <w:num w:numId="2" w16cid:durableId="1447197452">
    <w:abstractNumId w:val="6"/>
  </w:num>
  <w:num w:numId="3" w16cid:durableId="2058816748">
    <w:abstractNumId w:val="5"/>
  </w:num>
  <w:num w:numId="4" w16cid:durableId="1089539870">
    <w:abstractNumId w:val="4"/>
  </w:num>
  <w:num w:numId="5" w16cid:durableId="110438553">
    <w:abstractNumId w:val="7"/>
  </w:num>
  <w:num w:numId="6" w16cid:durableId="2000885109">
    <w:abstractNumId w:val="3"/>
  </w:num>
  <w:num w:numId="7" w16cid:durableId="1753429308">
    <w:abstractNumId w:val="2"/>
  </w:num>
  <w:num w:numId="8" w16cid:durableId="1602759534">
    <w:abstractNumId w:val="1"/>
  </w:num>
  <w:num w:numId="9" w16cid:durableId="1872450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70462"/>
    <w:rsid w:val="000B35A8"/>
    <w:rsid w:val="00135D9C"/>
    <w:rsid w:val="00144344"/>
    <w:rsid w:val="0015074B"/>
    <w:rsid w:val="001F586A"/>
    <w:rsid w:val="0029639D"/>
    <w:rsid w:val="00326F90"/>
    <w:rsid w:val="00333E85"/>
    <w:rsid w:val="0047491B"/>
    <w:rsid w:val="005065F8"/>
    <w:rsid w:val="00516A90"/>
    <w:rsid w:val="00592B64"/>
    <w:rsid w:val="00681CF8"/>
    <w:rsid w:val="006946AB"/>
    <w:rsid w:val="006B79A1"/>
    <w:rsid w:val="006E526F"/>
    <w:rsid w:val="00784F1F"/>
    <w:rsid w:val="00853A99"/>
    <w:rsid w:val="0090456A"/>
    <w:rsid w:val="009278E1"/>
    <w:rsid w:val="00955877"/>
    <w:rsid w:val="009A2656"/>
    <w:rsid w:val="009E14C8"/>
    <w:rsid w:val="00A241CC"/>
    <w:rsid w:val="00A44307"/>
    <w:rsid w:val="00AA10F7"/>
    <w:rsid w:val="00AA1D8D"/>
    <w:rsid w:val="00AE353F"/>
    <w:rsid w:val="00B0753C"/>
    <w:rsid w:val="00B23EE8"/>
    <w:rsid w:val="00B47730"/>
    <w:rsid w:val="00CB0664"/>
    <w:rsid w:val="00CE097C"/>
    <w:rsid w:val="00D4307A"/>
    <w:rsid w:val="00E5449E"/>
    <w:rsid w:val="00E6545E"/>
    <w:rsid w:val="00F9511E"/>
    <w:rsid w:val="00FC693F"/>
    <w:rsid w:val="00FF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FC5821"/>
  <w14:defaultImageDpi w14:val="300"/>
  <w15:docId w15:val="{F5489359-F3DE-403E-8012-0435C37ED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93F"/>
  </w:style>
  <w:style w:type="paragraph" w:styleId="berschrift1">
    <w:name w:val="heading 1"/>
    <w:basedOn w:val="Standard"/>
    <w:next w:val="Standard"/>
    <w:link w:val="berschrift1Zch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8BF"/>
  </w:style>
  <w:style w:type="paragraph" w:styleId="Fuzeile">
    <w:name w:val="footer"/>
    <w:basedOn w:val="Standard"/>
    <w:link w:val="Fu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8BF"/>
  </w:style>
  <w:style w:type="paragraph" w:styleId="KeinLeerraum">
    <w:name w:val="No Spacing"/>
    <w:uiPriority w:val="1"/>
    <w:qFormat/>
    <w:rsid w:val="00FC693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FC693F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A1D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A1D8D"/>
  </w:style>
  <w:style w:type="paragraph" w:styleId="Textkrper2">
    <w:name w:val="Body Text 2"/>
    <w:basedOn w:val="Standard"/>
    <w:link w:val="Textkrper2Zchn"/>
    <w:uiPriority w:val="99"/>
    <w:unhideWhenUsed/>
    <w:rsid w:val="00AA1D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AA1D8D"/>
  </w:style>
  <w:style w:type="paragraph" w:styleId="Textkrper3">
    <w:name w:val="Body Text 3"/>
    <w:basedOn w:val="Standard"/>
    <w:link w:val="Textkrper3Zch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A1D8D"/>
    <w:rPr>
      <w:sz w:val="16"/>
      <w:szCs w:val="16"/>
    </w:rPr>
  </w:style>
  <w:style w:type="paragraph" w:styleId="Liste">
    <w:name w:val="List"/>
    <w:basedOn w:val="Standard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Standard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Standard"/>
    <w:uiPriority w:val="99"/>
    <w:unhideWhenUsed/>
    <w:rsid w:val="00326F90"/>
    <w:pPr>
      <w:ind w:left="1080" w:hanging="360"/>
      <w:contextualSpacing/>
    </w:pPr>
  </w:style>
  <w:style w:type="paragraph" w:styleId="Aufzhlungszeichen">
    <w:name w:val="List Bullet"/>
    <w:basedOn w:val="Standard"/>
    <w:uiPriority w:val="99"/>
    <w:unhideWhenUsed/>
    <w:rsid w:val="00326F9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326F9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326F90"/>
    <w:pPr>
      <w:numPr>
        <w:numId w:val="3"/>
      </w:numPr>
      <w:contextualSpacing/>
    </w:pPr>
  </w:style>
  <w:style w:type="paragraph" w:styleId="Listennummer">
    <w:name w:val="List Number"/>
    <w:basedOn w:val="Standard"/>
    <w:uiPriority w:val="99"/>
    <w:unhideWhenUsed/>
    <w:rsid w:val="00326F90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unhideWhenUsed/>
    <w:rsid w:val="0029639D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unhideWhenUsed/>
    <w:rsid w:val="0029639D"/>
    <w:pPr>
      <w:numPr>
        <w:numId w:val="7"/>
      </w:numPr>
      <w:contextualSpacing/>
    </w:pPr>
  </w:style>
  <w:style w:type="paragraph" w:styleId="Listenfortsetzung">
    <w:name w:val="List Continue"/>
    <w:basedOn w:val="Standard"/>
    <w:uiPriority w:val="99"/>
    <w:unhideWhenUsed/>
    <w:rsid w:val="0029639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unhideWhenUsed/>
    <w:rsid w:val="0029639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Zch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FC693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C693F"/>
    <w:rPr>
      <w:i/>
      <w:i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C693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693F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693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FC693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FC693F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FC693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C693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693F"/>
    <w:pPr>
      <w:outlineLvl w:val="9"/>
    </w:pPr>
  </w:style>
  <w:style w:type="table" w:styleId="Tabellenraster">
    <w:name w:val="Table Grid"/>
    <w:basedOn w:val="NormaleTabel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Raster">
    <w:name w:val="Light Grid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unkleListe">
    <w:name w:val="Dark List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686</Characters>
  <Application>Microsoft Office Word</Application>
  <DocSecurity>0</DocSecurity>
  <Lines>34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Matthias Kordts</cp:lastModifiedBy>
  <cp:revision>4</cp:revision>
  <dcterms:created xsi:type="dcterms:W3CDTF">2025-10-27T10:10:00Z</dcterms:created>
  <dcterms:modified xsi:type="dcterms:W3CDTF">2025-10-27T10:19:00Z</dcterms:modified>
  <cp:category/>
</cp:coreProperties>
</file>