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E2022" w14:textId="4166DCC3" w:rsidR="00C800C0" w:rsidRDefault="00377F8E">
      <w:pPr>
        <w:jc w:val="center"/>
      </w:pPr>
      <w:r>
        <w:rPr>
          <w:noProof/>
        </w:rPr>
        <w:drawing>
          <wp:inline distT="0" distB="0" distL="0" distR="0" wp14:anchorId="1630B4ED" wp14:editId="0D7FB6FE">
            <wp:extent cx="1003300" cy="1003300"/>
            <wp:effectExtent l="0" t="0" r="6350" b="6350"/>
            <wp:docPr id="1886386011" name="Grafik 1" descr="Ein Bild, das Schrift, weiß, Text, Desig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86011" name="Grafik 1" descr="Ein Bild, das Schrift, weiß, Text, Design enthäl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p w14:paraId="10036AEE" w14:textId="77777777" w:rsidR="00C800C0" w:rsidRDefault="00237C0F">
      <w:pPr>
        <w:pStyle w:val="berschrift1"/>
        <w:jc w:val="center"/>
      </w:pPr>
      <w:r>
        <w:t>Allgemeine Geschäftsbedingungen (AGB)</w:t>
      </w:r>
    </w:p>
    <w:p w14:paraId="6E29F73D" w14:textId="77777777" w:rsidR="00C800C0" w:rsidRDefault="00237C0F">
      <w:pPr>
        <w:jc w:val="center"/>
      </w:pPr>
      <w:r>
        <w:t>für die Vermietung der Wohnung Kordts, Stieglitzweg 3, 23812 Wahlstedt</w:t>
      </w:r>
    </w:p>
    <w:p w14:paraId="5AFEC3A3" w14:textId="77777777" w:rsidR="00C800C0" w:rsidRDefault="00237C0F">
      <w:pPr>
        <w:pStyle w:val="berschrift2"/>
      </w:pPr>
      <w:r>
        <w:t>1. Vertragsgegenstand</w:t>
      </w:r>
    </w:p>
    <w:p w14:paraId="7AA43461" w14:textId="77777777" w:rsidR="00C800C0" w:rsidRDefault="00237C0F">
      <w:r>
        <w:t>Der Vermieter, Matthias Kordts, vermietet die Ferienwohnung Wohnung Kordts an den Mieter zur zeitlich befristeten Nutzung zu Erholungs- oder Geschäftsreisenzwecken. Eine gewerbliche Nutzung durch den Mieter ist nicht gestattet.</w:t>
      </w:r>
    </w:p>
    <w:p w14:paraId="087A6A39" w14:textId="77777777" w:rsidR="00C800C0" w:rsidRDefault="00237C0F">
      <w:pPr>
        <w:pStyle w:val="berschrift2"/>
      </w:pPr>
      <w:r>
        <w:t>2. Buchung und Vertragsabschluss</w:t>
      </w:r>
    </w:p>
    <w:p w14:paraId="5B49BF48" w14:textId="77777777" w:rsidR="00C800C0" w:rsidRDefault="00237C0F">
      <w:r>
        <w:t>Mit der Buchungsanfrage bietet der Mieter den Abschluss eines Mietvertrags verbindlich an. Der Vertrag kommt zustande, sobald der Vermieter die Buchung schriftlich (per E-Mail oder Brief) bestätigt.</w:t>
      </w:r>
    </w:p>
    <w:p w14:paraId="373C1E4D" w14:textId="77777777" w:rsidR="00C800C0" w:rsidRDefault="00237C0F">
      <w:pPr>
        <w:pStyle w:val="berschrift2"/>
      </w:pPr>
      <w:r>
        <w:t>3. Zahlung</w:t>
      </w:r>
    </w:p>
    <w:p w14:paraId="18632E17" w14:textId="77777777" w:rsidR="00C800C0" w:rsidRDefault="00237C0F">
      <w:r>
        <w:t>Der Gesamtmietpreis ist, sofern nichts anderes vereinbart wurde, innerhalb von 7 Tagen nach Erhalt der Buchungsbestätigung auf das angegebene Konto zu überweisen. Erfolgt keine Zahlung innerhalb dieser Frist, kann der Vermieter die Buchung stornieren.</w:t>
      </w:r>
    </w:p>
    <w:p w14:paraId="2FEBF216" w14:textId="77777777" w:rsidR="00C800C0" w:rsidRDefault="00237C0F">
      <w:pPr>
        <w:pStyle w:val="berschrift2"/>
      </w:pPr>
      <w:r>
        <w:t>4. Anreise und Abreise</w:t>
      </w:r>
    </w:p>
    <w:p w14:paraId="09B305A5" w14:textId="77777777" w:rsidR="00C800C0" w:rsidRDefault="00237C0F">
      <w:r>
        <w:t>Check-in: ab 15:00 Uhr am Anreisetag</w:t>
      </w:r>
      <w:r>
        <w:br/>
        <w:t>Check-out: bis 11:00 Uhr am Abreisetag</w:t>
      </w:r>
      <w:r>
        <w:br/>
        <w:t>Die Wohnung ist bei Abreise besenrein zu übergeben, Geschirr ist gespült, Müll entsorgt.</w:t>
      </w:r>
    </w:p>
    <w:p w14:paraId="33EC41A4" w14:textId="77777777" w:rsidR="00C800C0" w:rsidRDefault="00237C0F">
      <w:pPr>
        <w:pStyle w:val="berschrift2"/>
      </w:pPr>
      <w:r>
        <w:t>5. Rücktritt / Stornierung</w:t>
      </w:r>
    </w:p>
    <w:p w14:paraId="099EFAFC" w14:textId="77777777" w:rsidR="00C800C0" w:rsidRDefault="00237C0F">
      <w:r>
        <w:t>Eine Stornierung muss schriftlich erfolgen.</w:t>
      </w:r>
      <w:r>
        <w:br/>
        <w:t>- bis 14 Tage vor Anreise: kostenlos</w:t>
      </w:r>
      <w:r>
        <w:br/>
        <w:t>- 13 bis 7 Tage vor Anreise: 50 % des Mietpreises</w:t>
      </w:r>
      <w:r>
        <w:br/>
        <w:t>- ab 6 Tage vor Anreise oder bei Nichtanreise: 100 % des Mietpreises</w:t>
      </w:r>
      <w:r>
        <w:br/>
        <w:t>Der Vermieter bemüht sich, die Wohnung anderweitig zu vermieten. Gelingt dies, werden dem Mieter nur die tatsächlich entstandenen Kosten berechnet.</w:t>
      </w:r>
    </w:p>
    <w:p w14:paraId="330F572F" w14:textId="77777777" w:rsidR="00C800C0" w:rsidRDefault="00237C0F">
      <w:pPr>
        <w:pStyle w:val="berschrift2"/>
      </w:pPr>
      <w:r>
        <w:t>6. Pflichten des Mieters</w:t>
      </w:r>
    </w:p>
    <w:p w14:paraId="6E908468" w14:textId="77777777" w:rsidR="00C800C0" w:rsidRDefault="00237C0F">
      <w:r>
        <w:t>Der Mieter verpflichtet sich, die Wohnung und ihr Inventar pfleglich zu behandeln und eventuelle Schäden unverzüglich zu melden. Rauchen ist in der Wohnung nicht gestattet. Haustiere dürfen nur nach vorheriger Absprache mitgebracht werden.</w:t>
      </w:r>
    </w:p>
    <w:p w14:paraId="39347DEC" w14:textId="77777777" w:rsidR="00C800C0" w:rsidRDefault="00237C0F">
      <w:pPr>
        <w:pStyle w:val="berschrift2"/>
      </w:pPr>
      <w:r>
        <w:lastRenderedPageBreak/>
        <w:t>7. Haftung</w:t>
      </w:r>
    </w:p>
    <w:p w14:paraId="2DCF8F31" w14:textId="77777777" w:rsidR="00C800C0" w:rsidRDefault="00237C0F">
      <w:r>
        <w:t>Der Vermieter haftet nicht für Verlust oder Beschädigung von eingebrachten Gegenständen des Mieters. Bei höherer Gewalt (z. B. Stromausfall, Naturereignisse) besteht kein Anspruch auf Schadensersatz.</w:t>
      </w:r>
    </w:p>
    <w:p w14:paraId="0EB51715" w14:textId="77777777" w:rsidR="00C800C0" w:rsidRDefault="00237C0F">
      <w:pPr>
        <w:pStyle w:val="berschrift2"/>
      </w:pPr>
      <w:r>
        <w:t>8. Datenschutz</w:t>
      </w:r>
    </w:p>
    <w:p w14:paraId="544330A8" w14:textId="77777777" w:rsidR="00C800C0" w:rsidRDefault="00237C0F">
      <w:r>
        <w:t>Die vom Mieter übermittelten personenbezogenen Daten werden ausschließlich zur Abwicklung der Buchung verwendet und nicht an Dritte weitergegeben.</w:t>
      </w:r>
    </w:p>
    <w:p w14:paraId="30AE876E" w14:textId="77777777" w:rsidR="00C800C0" w:rsidRDefault="00237C0F">
      <w:pPr>
        <w:pStyle w:val="berschrift2"/>
      </w:pPr>
      <w:r>
        <w:t>9. Salvatorische Klausel</w:t>
      </w:r>
    </w:p>
    <w:p w14:paraId="328E5E1B" w14:textId="77777777" w:rsidR="00C800C0" w:rsidRDefault="00237C0F">
      <w:r>
        <w:t>Sollten einzelne Bestimmungen dieser AGB unwirksam sein oder werden, bleibt die Wirksamkeit der übrigen Bestimmungen unberührt.</w:t>
      </w:r>
    </w:p>
    <w:p w14:paraId="1ABCEECE" w14:textId="77777777" w:rsidR="00C800C0" w:rsidRDefault="00237C0F">
      <w:pPr>
        <w:pStyle w:val="berschrift2"/>
      </w:pPr>
      <w:r>
        <w:t>10. Gerichtsstand</w:t>
      </w:r>
    </w:p>
    <w:p w14:paraId="5D2202C4" w14:textId="77777777" w:rsidR="00C800C0" w:rsidRDefault="00237C0F">
      <w:r>
        <w:t>Gerichtsstand ist Bad Segeberg, soweit gesetzlich zulässig.</w:t>
      </w:r>
    </w:p>
    <w:p w14:paraId="7CD1004D" w14:textId="712E1A40" w:rsidR="00C800C0" w:rsidRDefault="00237C0F">
      <w:r>
        <w:br/>
        <w:t>Vermieter:</w:t>
      </w:r>
      <w:r>
        <w:br/>
        <w:t>Matthias Kordts</w:t>
      </w:r>
      <w:r>
        <w:br/>
        <w:t>Stieglitzweg 3</w:t>
      </w:r>
      <w:r>
        <w:br/>
        <w:t>23812 Wahlstedt</w:t>
      </w:r>
      <w:r>
        <w:br/>
        <w:t>E-Mail: m.kordts@gmx.de</w:t>
      </w:r>
      <w:r>
        <w:br/>
        <w:t>Telefon: 015756849750</w:t>
      </w:r>
    </w:p>
    <w:sectPr w:rsidR="00C800C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71314733">
    <w:abstractNumId w:val="8"/>
  </w:num>
  <w:num w:numId="2" w16cid:durableId="623081002">
    <w:abstractNumId w:val="6"/>
  </w:num>
  <w:num w:numId="3" w16cid:durableId="125437729">
    <w:abstractNumId w:val="5"/>
  </w:num>
  <w:num w:numId="4" w16cid:durableId="1353997663">
    <w:abstractNumId w:val="4"/>
  </w:num>
  <w:num w:numId="5" w16cid:durableId="35740039">
    <w:abstractNumId w:val="7"/>
  </w:num>
  <w:num w:numId="6" w16cid:durableId="1753157836">
    <w:abstractNumId w:val="3"/>
  </w:num>
  <w:num w:numId="7" w16cid:durableId="761030526">
    <w:abstractNumId w:val="2"/>
  </w:num>
  <w:num w:numId="8" w16cid:durableId="627972725">
    <w:abstractNumId w:val="1"/>
  </w:num>
  <w:num w:numId="9" w16cid:durableId="1930195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7BC9"/>
    <w:rsid w:val="00034616"/>
    <w:rsid w:val="0006063C"/>
    <w:rsid w:val="0015074B"/>
    <w:rsid w:val="00237C0F"/>
    <w:rsid w:val="0029639D"/>
    <w:rsid w:val="00326F90"/>
    <w:rsid w:val="00377F8E"/>
    <w:rsid w:val="00AA1D8D"/>
    <w:rsid w:val="00AE37F3"/>
    <w:rsid w:val="00B47730"/>
    <w:rsid w:val="00C800C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B0B73B"/>
  <w14:defaultImageDpi w14:val="300"/>
  <w15:docId w15:val="{984D4E9D-D5F8-4BA0-A135-40051A91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Matthias Kordts</cp:lastModifiedBy>
  <cp:revision>3</cp:revision>
  <dcterms:created xsi:type="dcterms:W3CDTF">2025-10-27T16:53:00Z</dcterms:created>
  <dcterms:modified xsi:type="dcterms:W3CDTF">2025-10-27T17:02:00Z</dcterms:modified>
  <cp:category/>
</cp:coreProperties>
</file>